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TAX INVOICE — STATIONERY</w:t>
      </w:r>
    </w:p>
    <w:p>
      <w:pPr>
        <w:jc w:val="center"/>
      </w:pPr>
      <w:r>
        <w:rPr>
          <w:color w:val="666666"/>
          <w:sz w:val="18"/>
        </w:rPr>
        <w:t>Replace every [bracketed] field with the details of a genuine sale. Use 'Bill of Supply' instead if the seller is under the composition scheme or sells only nil-rated goods.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Invoice no</w:t>
            </w:r>
          </w:p>
        </w:tc>
        <w:tc>
          <w:tcPr>
            <w:tcW w:type="dxa" w:w="6520"/>
          </w:tcPr>
          <w:p>
            <w:r>
              <w:t>[ST/2026-27/001]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6520"/>
          </w:tcPr>
          <w:p>
            <w:r>
              <w:t>[DD/MM/YYYY]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Seller name &amp; address</w:t>
            </w:r>
          </w:p>
        </w:tc>
        <w:tc>
          <w:tcPr>
            <w:tcW w:type="dxa" w:w="6520"/>
          </w:tcPr>
          <w:p>
            <w:r>
              <w:t>[Shop name, full address]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Seller GSTIN</w:t>
            </w:r>
          </w:p>
        </w:tc>
        <w:tc>
          <w:tcPr>
            <w:tcW w:type="dxa" w:w="6520"/>
          </w:tcPr>
          <w:p>
            <w:r>
              <w:t>[15-character GSTIN, only if registered]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Buyer name &amp; address</w:t>
            </w:r>
          </w:p>
        </w:tc>
        <w:tc>
          <w:tcPr>
            <w:tcW w:type="dxa" w:w="6520"/>
          </w:tcPr>
          <w:p>
            <w:r>
              <w:t>[Customer name, address]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Buyer GSTIN</w:t>
            </w:r>
          </w:p>
        </w:tc>
        <w:tc>
          <w:tcPr>
            <w:tcW w:type="dxa" w:w="6520"/>
          </w:tcPr>
          <w:p>
            <w:r>
              <w:t>[Only for a registered business buyer]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Place of supply (state)</w:t>
            </w:r>
          </w:p>
        </w:tc>
        <w:tc>
          <w:tcPr>
            <w:tcW w:type="dxa" w:w="6520"/>
          </w:tcPr>
          <w:p>
            <w:r>
              <w:t>[State name and code]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PO / order reference</w:t>
            </w:r>
          </w:p>
        </w:tc>
        <w:tc>
          <w:tcPr>
            <w:tcW w:type="dxa" w:w="6520"/>
          </w:tcPr>
          <w:p>
            <w:r>
              <w:t>[Buyer's purchase order no., if any]</w:t>
            </w:r>
          </w:p>
        </w:tc>
      </w:tr>
    </w:tbl>
    <w:p/>
    <w:p>
      <w:r>
        <w:rPr>
          <w:b/>
        </w:rPr>
        <w:t>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454"/>
            <w:shd w:val="clear" w:color="auto" w:fill="F2F2F2"/>
          </w:tcPr>
          <w:p>
            <w:r>
              <w:rPr>
                <w:b/>
              </w:rPr>
              <w:t>#</w:t>
            </w:r>
          </w:p>
        </w:tc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907"/>
            <w:shd w:val="clear" w:color="auto" w:fill="F2F2F2"/>
          </w:tcPr>
          <w:p>
            <w:r>
              <w:rPr>
                <w:b/>
              </w:rPr>
              <w:t>HSN</w:t>
            </w:r>
          </w:p>
        </w:tc>
        <w:tc>
          <w:tcPr>
            <w:tcW w:type="dxa" w:w="680"/>
            <w:shd w:val="clear" w:color="auto" w:fill="F2F2F2"/>
          </w:tcPr>
          <w:p>
            <w:r>
              <w:rPr>
                <w:b/>
              </w:rPr>
              <w:t>Qty</w:t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b/>
              </w:rPr>
              <w:t>Taxable (₹)</w:t>
            </w:r>
          </w:p>
        </w:tc>
        <w:tc>
          <w:tcPr>
            <w:tcW w:type="dxa" w:w="907"/>
            <w:shd w:val="clear" w:color="auto" w:fill="F2F2F2"/>
          </w:tcPr>
          <w:p>
            <w:r>
              <w:rPr>
                <w:b/>
              </w:rPr>
              <w:t>GST %</w:t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b/>
              </w:rPr>
              <w:t>Tax (₹)</w:t>
            </w:r>
          </w:p>
        </w:tc>
      </w:tr>
      <w:tr>
        <w:tc>
          <w:tcPr>
            <w:tcW w:type="dxa" w:w="454"/>
          </w:tcPr>
          <w:p>
            <w:r>
              <w:t>[1]</w:t>
            </w:r>
          </w:p>
        </w:tc>
        <w:tc>
          <w:tcPr>
            <w:tcW w:type="dxa" w:w="2948"/>
          </w:tcPr>
          <w:p>
            <w:r>
              <w:t>[Item description]</w:t>
            </w:r>
          </w:p>
        </w:tc>
        <w:tc>
          <w:tcPr>
            <w:tcW w:type="dxa" w:w="907"/>
          </w:tcPr>
          <w:p>
            <w:r>
              <w:t>[HSN]</w:t>
            </w:r>
          </w:p>
        </w:tc>
        <w:tc>
          <w:tcPr>
            <w:tcW w:type="dxa" w:w="680"/>
          </w:tcPr>
          <w:p>
            <w:r>
              <w:t>[  ]</w:t>
            </w:r>
          </w:p>
        </w:tc>
        <w:tc>
          <w:tcPr>
            <w:tcW w:type="dxa" w:w="1020"/>
          </w:tcPr>
          <w:p>
            <w:r>
              <w:t>[  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[0/5/18]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</w:tr>
      <w:tr>
        <w:tc>
          <w:tcPr>
            <w:tcW w:type="dxa" w:w="454"/>
          </w:tcPr>
          <w:p>
            <w:r>
              <w:t>[2]</w:t>
            </w:r>
          </w:p>
        </w:tc>
        <w:tc>
          <w:tcPr>
            <w:tcW w:type="dxa" w:w="2948"/>
          </w:tcPr>
          <w:p>
            <w:r>
              <w:t>[Item description]</w:t>
            </w:r>
          </w:p>
        </w:tc>
        <w:tc>
          <w:tcPr>
            <w:tcW w:type="dxa" w:w="907"/>
          </w:tcPr>
          <w:p>
            <w:r>
              <w:t>[HSN]</w:t>
            </w:r>
          </w:p>
        </w:tc>
        <w:tc>
          <w:tcPr>
            <w:tcW w:type="dxa" w:w="680"/>
          </w:tcPr>
          <w:p>
            <w:r>
              <w:t>[  ]</w:t>
            </w:r>
          </w:p>
        </w:tc>
        <w:tc>
          <w:tcPr>
            <w:tcW w:type="dxa" w:w="1020"/>
          </w:tcPr>
          <w:p>
            <w:r>
              <w:t>[  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[0/5/18]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</w:tr>
      <w:tr>
        <w:tc>
          <w:tcPr>
            <w:tcW w:type="dxa" w:w="454"/>
          </w:tcPr>
          <w:p>
            <w:r>
              <w:t>[3]</w:t>
            </w:r>
          </w:p>
        </w:tc>
        <w:tc>
          <w:tcPr>
            <w:tcW w:type="dxa" w:w="2948"/>
          </w:tcPr>
          <w:p>
            <w:r>
              <w:t>[Item description]</w:t>
            </w:r>
          </w:p>
        </w:tc>
        <w:tc>
          <w:tcPr>
            <w:tcW w:type="dxa" w:w="907"/>
          </w:tcPr>
          <w:p>
            <w:r>
              <w:t>[HSN]</w:t>
            </w:r>
          </w:p>
        </w:tc>
        <w:tc>
          <w:tcPr>
            <w:tcW w:type="dxa" w:w="680"/>
          </w:tcPr>
          <w:p>
            <w:r>
              <w:t>[  ]</w:t>
            </w:r>
          </w:p>
        </w:tc>
        <w:tc>
          <w:tcPr>
            <w:tcW w:type="dxa" w:w="1020"/>
          </w:tcPr>
          <w:p>
            <w:r>
              <w:t>[  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[0/5/18]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</w:tr>
      <w:tr>
        <w:tc>
          <w:tcPr>
            <w:tcW w:type="dxa" w:w="454"/>
          </w:tcPr>
          <w:p>
            <w:r>
              <w:t>[4]</w:t>
            </w:r>
          </w:p>
        </w:tc>
        <w:tc>
          <w:tcPr>
            <w:tcW w:type="dxa" w:w="2948"/>
          </w:tcPr>
          <w:p>
            <w:r>
              <w:t>[Item description]</w:t>
            </w:r>
          </w:p>
        </w:tc>
        <w:tc>
          <w:tcPr>
            <w:tcW w:type="dxa" w:w="907"/>
          </w:tcPr>
          <w:p>
            <w:r>
              <w:t>[HSN]</w:t>
            </w:r>
          </w:p>
        </w:tc>
        <w:tc>
          <w:tcPr>
            <w:tcW w:type="dxa" w:w="680"/>
          </w:tcPr>
          <w:p>
            <w:r>
              <w:t>[  ]</w:t>
            </w:r>
          </w:p>
        </w:tc>
        <w:tc>
          <w:tcPr>
            <w:tcW w:type="dxa" w:w="1020"/>
          </w:tcPr>
          <w:p>
            <w:r>
              <w:t>[  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[0/5/18]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</w:tr>
      <w:tr>
        <w:tc>
          <w:tcPr>
            <w:tcW w:type="dxa" w:w="454"/>
          </w:tcPr>
          <w:p>
            <w:r>
              <w:t>[5]</w:t>
            </w:r>
          </w:p>
        </w:tc>
        <w:tc>
          <w:tcPr>
            <w:tcW w:type="dxa" w:w="2948"/>
          </w:tcPr>
          <w:p>
            <w:r>
              <w:t>[Item description]</w:t>
            </w:r>
          </w:p>
        </w:tc>
        <w:tc>
          <w:tcPr>
            <w:tcW w:type="dxa" w:w="907"/>
          </w:tcPr>
          <w:p>
            <w:r>
              <w:t>[HSN]</w:t>
            </w:r>
          </w:p>
        </w:tc>
        <w:tc>
          <w:tcPr>
            <w:tcW w:type="dxa" w:w="680"/>
          </w:tcPr>
          <w:p>
            <w:r>
              <w:t>[  ]</w:t>
            </w:r>
          </w:p>
        </w:tc>
        <w:tc>
          <w:tcPr>
            <w:tcW w:type="dxa" w:w="1020"/>
          </w:tcPr>
          <w:p>
            <w:r>
              <w:t>[  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[0/5/18]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</w:tr>
      <w:tr>
        <w:tc>
          <w:tcPr>
            <w:tcW w:type="dxa" w:w="454"/>
          </w:tcPr>
          <w:p>
            <w:r>
              <w:t>[6]</w:t>
            </w:r>
          </w:p>
        </w:tc>
        <w:tc>
          <w:tcPr>
            <w:tcW w:type="dxa" w:w="2948"/>
          </w:tcPr>
          <w:p>
            <w:r>
              <w:t>[Item description]</w:t>
            </w:r>
          </w:p>
        </w:tc>
        <w:tc>
          <w:tcPr>
            <w:tcW w:type="dxa" w:w="907"/>
          </w:tcPr>
          <w:p>
            <w:r>
              <w:t>[HSN]</w:t>
            </w:r>
          </w:p>
        </w:tc>
        <w:tc>
          <w:tcPr>
            <w:tcW w:type="dxa" w:w="680"/>
          </w:tcPr>
          <w:p>
            <w:r>
              <w:t>[  ]</w:t>
            </w:r>
          </w:p>
        </w:tc>
        <w:tc>
          <w:tcPr>
            <w:tcW w:type="dxa" w:w="1020"/>
          </w:tcPr>
          <w:p>
            <w:r>
              <w:t>[  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[0/5/18]</w:t>
            </w:r>
          </w:p>
        </w:tc>
        <w:tc>
          <w:tcPr>
            <w:tcW w:type="dxa" w:w="1247"/>
          </w:tcPr>
          <w:p>
            <w:r>
              <w:t>[ 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Taxable value (₹)</w:t>
            </w:r>
          </w:p>
        </w:tc>
        <w:tc>
          <w:tcPr>
            <w:tcW w:type="dxa" w:w="6520"/>
          </w:tcPr>
          <w:p>
            <w:r>
              <w:t>[  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CGST (₹) — same-state sale</w:t>
            </w:r>
          </w:p>
        </w:tc>
        <w:tc>
          <w:tcPr>
            <w:tcW w:type="dxa" w:w="6520"/>
          </w:tcPr>
          <w:p>
            <w:r>
              <w:t>[Half the GST on each line]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SGST / UTGST (₹) — same-state sale</w:t>
            </w:r>
          </w:p>
        </w:tc>
        <w:tc>
          <w:tcPr>
            <w:tcW w:type="dxa" w:w="6520"/>
          </w:tcPr>
          <w:p>
            <w:r>
              <w:t>[Half the GST on each line]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IGST (₹) — other-state sale</w:t>
            </w:r>
          </w:p>
        </w:tc>
        <w:tc>
          <w:tcPr>
            <w:tcW w:type="dxa" w:w="6520"/>
          </w:tcPr>
          <w:p>
            <w:r>
              <w:t>[Full GST, instead of CGST + SGST]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Round off (₹)</w:t>
            </w:r>
          </w:p>
        </w:tc>
        <w:tc>
          <w:tcPr>
            <w:tcW w:type="dxa" w:w="6520"/>
          </w:tcPr>
          <w:p>
            <w:r>
              <w:t>[  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Invoice total (₹)</w:t>
            </w:r>
          </w:p>
        </w:tc>
        <w:tc>
          <w:tcPr>
            <w:tcW w:type="dxa" w:w="6520"/>
          </w:tcPr>
          <w:p>
            <w:r>
              <w:t>[  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6520"/>
          </w:tcPr>
          <w:p>
            <w:r>
              <w:t>[Rupees ________ only]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Payment terms / mode</w:t>
            </w:r>
          </w:p>
        </w:tc>
        <w:tc>
          <w:tcPr>
            <w:tcW w:type="dxa" w:w="6520"/>
          </w:tcPr>
          <w:p>
            <w:r>
              <w:t>[Cash / UPI / bank transfer · due date]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br/>
              <w:br/>
              <w:br/>
              <w:br/>
              <w:t>Seller stamp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br/>
              <w:br/>
              <w:br/>
              <w:br/>
              <w:t>__________________________</w:t>
              <w:br/>
              <w:t>Authorised signatory</w:t>
            </w:r>
          </w:p>
        </w:tc>
      </w:tr>
    </w:tbl>
    <w:p>
      <w:r>
        <w:rPr>
          <w:color w:val="555555"/>
          <w:sz w:val="18"/>
        </w:rPr>
        <w:t>Notes: GST varies by item, so give each line its own HSN code and rate. Show CGST + SGST for a sale within the same state and IGST for a sale to another state. Check current rates with your CA; rates changed on 22 September 2025.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