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HOUSE RENT RECEIPT</w:t>
      </w:r>
    </w:p>
    <w:p>
      <w:pPr>
        <w:jc w:val="center"/>
      </w:pPr>
      <w:r>
        <w:rPr>
          <w:i/>
          <w:color w:val="666666"/>
          <w:sz w:val="18"/>
        </w:rPr>
        <w:t>Replace every [bracketed] field with the actual details of a rent payment you made.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Receipt No: [RR-001]</w:t>
            </w:r>
          </w:p>
        </w:tc>
        <w:tc>
          <w:tcPr>
            <w:tcW w:type="dxa" w:w="4819"/>
          </w:tcPr>
          <w:p>
            <w:r>
              <w:t>Receipt date: [DD/MM/YYYY]</w:t>
            </w:r>
          </w:p>
        </w:tc>
      </w:tr>
      <w:tr>
        <w:tc>
          <w:tcPr>
            <w:tcW w:type="dxa" w:w="4819"/>
          </w:tcPr>
          <w:p>
            <w:r>
              <w:t>Rent period: [01/04/2026] to [30/04/2026]</w:t>
            </w:r>
          </w:p>
        </w:tc>
        <w:tc>
          <w:tcPr>
            <w:tcW w:type="dxa" w:w="4819"/>
          </w:tcPr>
          <w:p>
            <w:r>
              <w:t>Payment date: [DD/MM/YYYY]</w:t>
            </w:r>
          </w:p>
        </w:tc>
      </w:tr>
    </w:tbl>
    <w:p/>
    <w:p>
      <w:pPr>
        <w:spacing w:line="384" w:lineRule="auto"/>
      </w:pPr>
      <w:r>
        <w:t xml:space="preserve">Received a sum of </w:t>
      </w:r>
      <w:r>
        <w:rPr>
          <w:b/>
        </w:rPr>
        <w:t>₹ [amount]</w:t>
      </w:r>
      <w:r>
        <w:t xml:space="preserve"> (Rupees [amount in words] only) from </w:t>
      </w:r>
      <w:r>
        <w:rPr>
          <w:b/>
        </w:rPr>
        <w:t>[Tenant name]</w:t>
      </w:r>
      <w:r>
        <w:t xml:space="preserve"> towards rent for the residential property at </w:t>
      </w:r>
      <w:r>
        <w:rPr>
          <w:b/>
        </w:rPr>
        <w:t>[full address of the rented property, with PIN code]</w:t>
      </w:r>
      <w:r>
        <w:t xml:space="preserve"> for the period stated above.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Payment mode</w:t>
            </w:r>
          </w:p>
        </w:tc>
        <w:tc>
          <w:tcPr>
            <w:tcW w:type="dxa" w:w="6803"/>
          </w:tcPr>
          <w:p>
            <w:r>
              <w:t>[UPI / bank transfer / cheque no. ___ / cash]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Transaction reference</w:t>
            </w:r>
          </w:p>
        </w:tc>
        <w:tc>
          <w:tcPr>
            <w:tcW w:type="dxa" w:w="6803"/>
          </w:tcPr>
          <w:p>
            <w:r>
              <w:t>[UTR / UPI ref / cheque no.]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Landlord name</w:t>
            </w:r>
          </w:p>
        </w:tc>
        <w:tc>
          <w:tcPr>
            <w:tcW w:type="dxa" w:w="6803"/>
          </w:tcPr>
          <w:p>
            <w:r>
              <w:t>[Landlord name]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Landlord address</w:t>
            </w:r>
          </w:p>
        </w:tc>
        <w:tc>
          <w:tcPr>
            <w:tcW w:type="dxa" w:w="6803"/>
          </w:tcPr>
          <w:p>
            <w:r>
              <w:t>[Landlord address]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Landlord PAN</w:t>
            </w:r>
          </w:p>
        </w:tc>
        <w:tc>
          <w:tcPr>
            <w:tcW w:type="dxa" w:w="6803"/>
          </w:tcPr>
          <w:p>
            <w:r>
              <w:t>[Required if total rent for the year exceeds ₹1,00,000]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b/>
              </w:rPr>
              <w:t>Tenant name</w:t>
            </w:r>
          </w:p>
        </w:tc>
        <w:tc>
          <w:tcPr>
            <w:tcW w:type="dxa" w:w="6803"/>
          </w:tcPr>
          <w:p>
            <w:r>
              <w:t>[Tenant name, as on your employment records]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35"/>
            <w:tcBorders>
              <w:top w:val="dashed" w:sz="8" w:color="999999"/>
              <w:left w:val="dashed" w:sz="8" w:color="999999"/>
              <w:bottom w:val="dashed" w:sz="8" w:color="999999"/>
              <w:right w:val="dashed" w:sz="8" w:color="999999"/>
            </w:tcBorders>
          </w:tcPr>
          <w:p>
            <w:r>
              <w:br/>
              <w:br/>
              <w:br/>
              <w:br/>
            </w:r>
          </w:p>
          <w:p>
            <w:pPr>
              <w:jc w:val="center"/>
            </w:pPr>
            <w:r>
              <w:t>Revenue stamp</w:t>
              <w:br/>
              <w:t>(cash receipts above ₹5,000)</w:t>
            </w:r>
          </w:p>
        </w:tc>
        <w:tc>
          <w:tcPr>
            <w:tcW w:type="dxa" w:w="6803"/>
          </w:tcPr>
          <w:p>
            <w:r>
              <w:br/>
              <w:br/>
              <w:br/>
              <w:br/>
            </w:r>
          </w:p>
          <w:p>
            <w:pPr>
              <w:jc w:val="center"/>
            </w:pPr>
            <w:r>
              <w:t>______________________________</w:t>
              <w:br/>
              <w:t>Signature of landlord</w:t>
              <w:br/>
              <w:t>[Landlord name]</w:t>
            </w:r>
          </w:p>
        </w:tc>
      </w:tr>
    </w:tbl>
    <w:p/>
    <w:p>
      <w:r>
        <w:rPr>
          <w:color w:val="555555"/>
          <w:sz w:val="18"/>
        </w:rPr>
        <w:t>Notes: Issue one receipt per payment (or per month). Keep the rent agreement and bank/UPI records with the receipts. A revenue stamp is generally needed only for cash receipts above ₹5,000; confirm what your employer asks for.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